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931151" w14:textId="77777777" w:rsidR="0053614A" w:rsidRPr="00643A2F" w:rsidRDefault="00000000">
      <w:pPr>
        <w:pStyle w:val="Antrat1"/>
        <w:rPr>
          <w:rFonts w:ascii="Times New Roman" w:hAnsi="Times New Roman" w:cs="Times New Roman"/>
          <w:color w:val="auto"/>
        </w:rPr>
      </w:pPr>
      <w:r w:rsidRPr="00643A2F">
        <w:rPr>
          <w:rFonts w:ascii="Times New Roman" w:hAnsi="Times New Roman" w:cs="Times New Roman"/>
          <w:color w:val="auto"/>
        </w:rPr>
        <w:t>ANNEX No. 1</w:t>
      </w:r>
    </w:p>
    <w:p w14:paraId="350C3DD2" w14:textId="77777777" w:rsidR="0053614A" w:rsidRPr="00643A2F" w:rsidRDefault="00000000">
      <w:pPr>
        <w:rPr>
          <w:rFonts w:ascii="Times New Roman" w:hAnsi="Times New Roman" w:cs="Times New Roman"/>
          <w:sz w:val="24"/>
          <w:szCs w:val="24"/>
        </w:rPr>
      </w:pPr>
      <w:r w:rsidRPr="00643A2F">
        <w:rPr>
          <w:rFonts w:ascii="Times New Roman" w:hAnsi="Times New Roman" w:cs="Times New Roman"/>
          <w:sz w:val="24"/>
          <w:szCs w:val="24"/>
        </w:rPr>
        <w:t>to the Anti-Discrimination and Harassment Prevention Policy</w:t>
      </w:r>
    </w:p>
    <w:p w14:paraId="31AC829F" w14:textId="77777777" w:rsidR="0053614A" w:rsidRPr="00643A2F" w:rsidRDefault="00000000">
      <w:pPr>
        <w:rPr>
          <w:rFonts w:ascii="Times New Roman" w:hAnsi="Times New Roman" w:cs="Times New Roman"/>
          <w:sz w:val="24"/>
          <w:szCs w:val="24"/>
        </w:rPr>
      </w:pPr>
      <w:r w:rsidRPr="00643A2F">
        <w:rPr>
          <w:rFonts w:ascii="Times New Roman" w:hAnsi="Times New Roman" w:cs="Times New Roman"/>
          <w:sz w:val="24"/>
          <w:szCs w:val="24"/>
        </w:rPr>
        <w:t>Contemporary Art Centre (CAC)</w:t>
      </w:r>
    </w:p>
    <w:p w14:paraId="421BE5BA" w14:textId="77777777" w:rsidR="0053614A" w:rsidRPr="00643A2F" w:rsidRDefault="0053614A">
      <w:pPr>
        <w:rPr>
          <w:rFonts w:ascii="Times New Roman" w:hAnsi="Times New Roman" w:cs="Times New Roman"/>
        </w:rPr>
      </w:pPr>
    </w:p>
    <w:p w14:paraId="4348F3DA" w14:textId="77777777" w:rsidR="0053614A" w:rsidRPr="00643A2F" w:rsidRDefault="00000000">
      <w:pPr>
        <w:pStyle w:val="Antrat2"/>
        <w:rPr>
          <w:rFonts w:ascii="Times New Roman" w:hAnsi="Times New Roman" w:cs="Times New Roman"/>
          <w:color w:val="auto"/>
        </w:rPr>
      </w:pPr>
      <w:r w:rsidRPr="00643A2F">
        <w:rPr>
          <w:rFonts w:ascii="Times New Roman" w:hAnsi="Times New Roman" w:cs="Times New Roman"/>
          <w:color w:val="auto"/>
        </w:rPr>
        <w:t>REPORT FORM FOR DISCRIMINATION OR HARASSMENT</w:t>
      </w:r>
    </w:p>
    <w:p w14:paraId="60BFBF85" w14:textId="77777777" w:rsidR="0053614A" w:rsidRPr="00643A2F" w:rsidRDefault="0053614A">
      <w:pPr>
        <w:rPr>
          <w:rFonts w:ascii="Times New Roman" w:hAnsi="Times New Roman" w:cs="Times New Roman"/>
        </w:rPr>
      </w:pPr>
    </w:p>
    <w:p w14:paraId="37233C8A" w14:textId="77777777" w:rsidR="0053614A" w:rsidRPr="00643A2F" w:rsidRDefault="00000000">
      <w:pPr>
        <w:rPr>
          <w:rFonts w:ascii="Times New Roman" w:hAnsi="Times New Roman" w:cs="Times New Roman"/>
          <w:sz w:val="24"/>
          <w:szCs w:val="24"/>
        </w:rPr>
      </w:pPr>
      <w:r w:rsidRPr="00643A2F">
        <w:rPr>
          <w:rFonts w:ascii="Times New Roman" w:hAnsi="Times New Roman" w:cs="Times New Roman"/>
          <w:sz w:val="24"/>
          <w:szCs w:val="24"/>
        </w:rPr>
        <w:t>1. Name of the reporting person (optional):</w:t>
      </w:r>
    </w:p>
    <w:p w14:paraId="5DD65133" w14:textId="77777777" w:rsidR="0053614A" w:rsidRPr="00643A2F" w:rsidRDefault="00000000">
      <w:pPr>
        <w:rPr>
          <w:rFonts w:ascii="Times New Roman" w:hAnsi="Times New Roman" w:cs="Times New Roman"/>
          <w:sz w:val="24"/>
          <w:szCs w:val="24"/>
        </w:rPr>
      </w:pPr>
      <w:r w:rsidRPr="00643A2F">
        <w:rPr>
          <w:rFonts w:ascii="Times New Roman" w:hAnsi="Times New Roman" w:cs="Times New Roman"/>
          <w:sz w:val="24"/>
          <w:szCs w:val="24"/>
        </w:rPr>
        <w:t>2. Status (employee, artist, project participant, etc.):</w:t>
      </w:r>
    </w:p>
    <w:p w14:paraId="01F5EDEB" w14:textId="77777777" w:rsidR="0053614A" w:rsidRPr="00643A2F" w:rsidRDefault="00000000">
      <w:pPr>
        <w:rPr>
          <w:rFonts w:ascii="Times New Roman" w:hAnsi="Times New Roman" w:cs="Times New Roman"/>
          <w:sz w:val="24"/>
          <w:szCs w:val="24"/>
        </w:rPr>
      </w:pPr>
      <w:r w:rsidRPr="00643A2F">
        <w:rPr>
          <w:rFonts w:ascii="Times New Roman" w:hAnsi="Times New Roman" w:cs="Times New Roman"/>
          <w:sz w:val="24"/>
          <w:szCs w:val="24"/>
        </w:rPr>
        <w:t>3. Contact details (optional):</w:t>
      </w:r>
    </w:p>
    <w:p w14:paraId="52B5026C" w14:textId="77777777" w:rsidR="0053614A" w:rsidRPr="00643A2F" w:rsidRDefault="00000000">
      <w:pPr>
        <w:rPr>
          <w:rFonts w:ascii="Times New Roman" w:hAnsi="Times New Roman" w:cs="Times New Roman"/>
          <w:sz w:val="24"/>
          <w:szCs w:val="24"/>
        </w:rPr>
      </w:pPr>
      <w:r w:rsidRPr="00643A2F">
        <w:rPr>
          <w:rFonts w:ascii="Times New Roman" w:hAnsi="Times New Roman" w:cs="Times New Roman"/>
          <w:sz w:val="24"/>
          <w:szCs w:val="24"/>
        </w:rPr>
        <w:t>4. Date(s) of the incident:</w:t>
      </w:r>
    </w:p>
    <w:p w14:paraId="052ACFF8" w14:textId="77777777" w:rsidR="0053614A" w:rsidRPr="00643A2F" w:rsidRDefault="00000000">
      <w:pPr>
        <w:rPr>
          <w:rFonts w:ascii="Times New Roman" w:hAnsi="Times New Roman" w:cs="Times New Roman"/>
          <w:sz w:val="24"/>
          <w:szCs w:val="24"/>
        </w:rPr>
      </w:pPr>
      <w:r w:rsidRPr="00643A2F">
        <w:rPr>
          <w:rFonts w:ascii="Times New Roman" w:hAnsi="Times New Roman" w:cs="Times New Roman"/>
          <w:sz w:val="24"/>
          <w:szCs w:val="24"/>
        </w:rPr>
        <w:t>5. Location of the incident:</w:t>
      </w:r>
    </w:p>
    <w:p w14:paraId="56790255" w14:textId="77777777" w:rsidR="0053614A" w:rsidRPr="00643A2F" w:rsidRDefault="00000000">
      <w:pPr>
        <w:rPr>
          <w:rFonts w:ascii="Times New Roman" w:hAnsi="Times New Roman" w:cs="Times New Roman"/>
          <w:sz w:val="24"/>
          <w:szCs w:val="24"/>
        </w:rPr>
      </w:pPr>
      <w:r w:rsidRPr="00643A2F">
        <w:rPr>
          <w:rFonts w:ascii="Times New Roman" w:hAnsi="Times New Roman" w:cs="Times New Roman"/>
          <w:sz w:val="24"/>
          <w:szCs w:val="24"/>
        </w:rPr>
        <w:t>6. Person(s) involved:</w:t>
      </w:r>
    </w:p>
    <w:p w14:paraId="7B5B5B48" w14:textId="77777777" w:rsidR="0053614A" w:rsidRPr="00643A2F" w:rsidRDefault="00000000">
      <w:pPr>
        <w:rPr>
          <w:rFonts w:ascii="Times New Roman" w:hAnsi="Times New Roman" w:cs="Times New Roman"/>
          <w:sz w:val="24"/>
          <w:szCs w:val="24"/>
        </w:rPr>
      </w:pPr>
      <w:r w:rsidRPr="00643A2F">
        <w:rPr>
          <w:rFonts w:ascii="Times New Roman" w:hAnsi="Times New Roman" w:cs="Times New Roman"/>
          <w:sz w:val="24"/>
          <w:szCs w:val="24"/>
        </w:rPr>
        <w:t>7. Description of the incident (what happened and under what circumstances):</w:t>
      </w:r>
    </w:p>
    <w:p w14:paraId="7AC9C247" w14:textId="77777777" w:rsidR="0053614A" w:rsidRPr="00643A2F" w:rsidRDefault="0053614A">
      <w:pPr>
        <w:rPr>
          <w:rFonts w:ascii="Times New Roman" w:hAnsi="Times New Roman" w:cs="Times New Roman"/>
          <w:sz w:val="24"/>
          <w:szCs w:val="24"/>
        </w:rPr>
      </w:pPr>
    </w:p>
    <w:p w14:paraId="292F1801" w14:textId="77777777" w:rsidR="0053614A" w:rsidRPr="00643A2F" w:rsidRDefault="00000000">
      <w:pPr>
        <w:rPr>
          <w:rFonts w:ascii="Times New Roman" w:hAnsi="Times New Roman" w:cs="Times New Roman"/>
          <w:sz w:val="24"/>
          <w:szCs w:val="24"/>
        </w:rPr>
      </w:pPr>
      <w:r w:rsidRPr="00643A2F">
        <w:rPr>
          <w:rFonts w:ascii="Times New Roman" w:hAnsi="Times New Roman" w:cs="Times New Roman"/>
          <w:sz w:val="24"/>
          <w:szCs w:val="24"/>
        </w:rPr>
        <w:t>8. Possible witnesses (if any):</w:t>
      </w:r>
    </w:p>
    <w:p w14:paraId="0EB89BBC" w14:textId="77777777" w:rsidR="0053614A" w:rsidRPr="00643A2F" w:rsidRDefault="0053614A">
      <w:pPr>
        <w:rPr>
          <w:rFonts w:ascii="Times New Roman" w:hAnsi="Times New Roman" w:cs="Times New Roman"/>
          <w:sz w:val="24"/>
          <w:szCs w:val="24"/>
        </w:rPr>
      </w:pPr>
    </w:p>
    <w:p w14:paraId="5B3B25B4" w14:textId="77777777" w:rsidR="0053614A" w:rsidRPr="00643A2F" w:rsidRDefault="00000000">
      <w:pPr>
        <w:rPr>
          <w:rFonts w:ascii="Times New Roman" w:hAnsi="Times New Roman" w:cs="Times New Roman"/>
          <w:sz w:val="24"/>
          <w:szCs w:val="24"/>
        </w:rPr>
      </w:pPr>
      <w:r w:rsidRPr="00643A2F">
        <w:rPr>
          <w:rFonts w:ascii="Times New Roman" w:hAnsi="Times New Roman" w:cs="Times New Roman"/>
          <w:sz w:val="24"/>
          <w:szCs w:val="24"/>
        </w:rPr>
        <w:t>9. Has the incident been reported previously? (if yes – to whom):</w:t>
      </w:r>
    </w:p>
    <w:p w14:paraId="07226341" w14:textId="77777777" w:rsidR="0053614A" w:rsidRPr="00643A2F" w:rsidRDefault="0053614A">
      <w:pPr>
        <w:rPr>
          <w:rFonts w:ascii="Times New Roman" w:hAnsi="Times New Roman" w:cs="Times New Roman"/>
          <w:sz w:val="24"/>
          <w:szCs w:val="24"/>
        </w:rPr>
      </w:pPr>
    </w:p>
    <w:p w14:paraId="4D466790" w14:textId="77777777" w:rsidR="0053614A" w:rsidRPr="00643A2F" w:rsidRDefault="00000000">
      <w:pPr>
        <w:rPr>
          <w:rFonts w:ascii="Times New Roman" w:hAnsi="Times New Roman" w:cs="Times New Roman"/>
          <w:sz w:val="24"/>
          <w:szCs w:val="24"/>
        </w:rPr>
      </w:pPr>
      <w:r w:rsidRPr="00643A2F">
        <w:rPr>
          <w:rFonts w:ascii="Times New Roman" w:hAnsi="Times New Roman" w:cs="Times New Roman"/>
          <w:sz w:val="24"/>
          <w:szCs w:val="24"/>
        </w:rPr>
        <w:t>10. Preferred way of resolving the situation (if any):</w:t>
      </w:r>
    </w:p>
    <w:p w14:paraId="20FFECEF" w14:textId="77777777" w:rsidR="0053614A" w:rsidRPr="00643A2F" w:rsidRDefault="0053614A">
      <w:pPr>
        <w:rPr>
          <w:rFonts w:ascii="Times New Roman" w:hAnsi="Times New Roman" w:cs="Times New Roman"/>
          <w:sz w:val="24"/>
          <w:szCs w:val="24"/>
        </w:rPr>
      </w:pPr>
    </w:p>
    <w:p w14:paraId="15315CB3" w14:textId="77777777" w:rsidR="0053614A" w:rsidRPr="00643A2F" w:rsidRDefault="00000000">
      <w:pPr>
        <w:rPr>
          <w:rFonts w:ascii="Times New Roman" w:hAnsi="Times New Roman" w:cs="Times New Roman"/>
          <w:sz w:val="24"/>
          <w:szCs w:val="24"/>
        </w:rPr>
      </w:pPr>
      <w:r w:rsidRPr="00643A2F">
        <w:rPr>
          <w:rFonts w:ascii="Times New Roman" w:hAnsi="Times New Roman" w:cs="Times New Roman"/>
          <w:sz w:val="24"/>
          <w:szCs w:val="24"/>
        </w:rPr>
        <w:t>11. Other relevant information:</w:t>
      </w:r>
    </w:p>
    <w:p w14:paraId="12AAA6E5" w14:textId="77777777" w:rsidR="0053614A" w:rsidRPr="00643A2F" w:rsidRDefault="00000000">
      <w:pPr>
        <w:rPr>
          <w:rFonts w:ascii="Times New Roman" w:hAnsi="Times New Roman" w:cs="Times New Roman"/>
          <w:sz w:val="24"/>
          <w:szCs w:val="24"/>
        </w:rPr>
      </w:pPr>
      <w:r w:rsidRPr="00643A2F">
        <w:rPr>
          <w:rFonts w:ascii="Times New Roman" w:hAnsi="Times New Roman" w:cs="Times New Roman"/>
          <w:sz w:val="24"/>
          <w:szCs w:val="24"/>
        </w:rPr>
        <w:t>Date:</w:t>
      </w:r>
    </w:p>
    <w:p w14:paraId="75E9A9DC" w14:textId="77777777" w:rsidR="00643A2F" w:rsidRDefault="00000000">
      <w:pPr>
        <w:rPr>
          <w:rFonts w:ascii="Times New Roman" w:hAnsi="Times New Roman" w:cs="Times New Roman"/>
          <w:sz w:val="24"/>
          <w:szCs w:val="24"/>
        </w:rPr>
      </w:pPr>
      <w:r w:rsidRPr="00643A2F">
        <w:rPr>
          <w:rFonts w:ascii="Times New Roman" w:hAnsi="Times New Roman" w:cs="Times New Roman"/>
          <w:sz w:val="24"/>
          <w:szCs w:val="24"/>
        </w:rPr>
        <w:t>Signature (if submitted in writing):</w:t>
      </w:r>
    </w:p>
    <w:p w14:paraId="17E815D5" w14:textId="442260D5" w:rsidR="0053614A" w:rsidRPr="00643A2F" w:rsidRDefault="00000000">
      <w:pPr>
        <w:rPr>
          <w:rFonts w:ascii="Times New Roman" w:hAnsi="Times New Roman" w:cs="Times New Roman"/>
          <w:sz w:val="24"/>
          <w:szCs w:val="24"/>
        </w:rPr>
      </w:pPr>
      <w:r w:rsidRPr="00643A2F">
        <w:rPr>
          <w:rFonts w:ascii="Times New Roman" w:hAnsi="Times New Roman" w:cs="Times New Roman"/>
          <w:sz w:val="24"/>
          <w:szCs w:val="24"/>
        </w:rPr>
        <w:t>Note: Reports may be submitted anonymously. All information will be handled confidentially.</w:t>
      </w:r>
    </w:p>
    <w:sectPr w:rsidR="0053614A" w:rsidRPr="00643A2F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Sraassunumeriai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Sraassunumeriai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Sraassuenkleliai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Sraassuenkleliai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Sraassunumeriai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Sraassuenkleliai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177036859">
    <w:abstractNumId w:val="8"/>
  </w:num>
  <w:num w:numId="2" w16cid:durableId="1219978953">
    <w:abstractNumId w:val="6"/>
  </w:num>
  <w:num w:numId="3" w16cid:durableId="566259466">
    <w:abstractNumId w:val="5"/>
  </w:num>
  <w:num w:numId="4" w16cid:durableId="2023512883">
    <w:abstractNumId w:val="4"/>
  </w:num>
  <w:num w:numId="5" w16cid:durableId="1532643202">
    <w:abstractNumId w:val="7"/>
  </w:num>
  <w:num w:numId="6" w16cid:durableId="582184834">
    <w:abstractNumId w:val="3"/>
  </w:num>
  <w:num w:numId="7" w16cid:durableId="451822863">
    <w:abstractNumId w:val="2"/>
  </w:num>
  <w:num w:numId="8" w16cid:durableId="823815720">
    <w:abstractNumId w:val="1"/>
  </w:num>
  <w:num w:numId="9" w16cid:durableId="6566131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396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34616"/>
    <w:rsid w:val="0006063C"/>
    <w:rsid w:val="000959FE"/>
    <w:rsid w:val="0015074B"/>
    <w:rsid w:val="0029639D"/>
    <w:rsid w:val="00326F90"/>
    <w:rsid w:val="0053614A"/>
    <w:rsid w:val="00643A2F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11B7AA9"/>
  <w14:defaultImageDpi w14:val="300"/>
  <w15:docId w15:val="{F2A7D83D-057F-4AB8-B855-8D87556409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FC693F"/>
  </w:style>
  <w:style w:type="paragraph" w:styleId="Antrat1">
    <w:name w:val="heading 1"/>
    <w:basedOn w:val="prastasis"/>
    <w:next w:val="prastasis"/>
    <w:link w:val="Antrat1Diagrama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ntrat2">
    <w:name w:val="heading 2"/>
    <w:basedOn w:val="prastasis"/>
    <w:next w:val="prastasis"/>
    <w:link w:val="Antrat2Diagrama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ntrat3">
    <w:name w:val="heading 3"/>
    <w:basedOn w:val="prastasis"/>
    <w:next w:val="prastasis"/>
    <w:link w:val="Antrat3Diagrama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ntrat4">
    <w:name w:val="heading 4"/>
    <w:basedOn w:val="prastasis"/>
    <w:next w:val="prastasis"/>
    <w:link w:val="Antrat4Diagrama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ntrat5">
    <w:name w:val="heading 5"/>
    <w:basedOn w:val="prastasis"/>
    <w:next w:val="prastasis"/>
    <w:link w:val="Antrat5Diagrama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Antrat6">
    <w:name w:val="heading 6"/>
    <w:basedOn w:val="prastasis"/>
    <w:next w:val="prastasis"/>
    <w:link w:val="Antrat6Diagrama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Antrat7">
    <w:name w:val="heading 7"/>
    <w:basedOn w:val="prastasis"/>
    <w:next w:val="prastasis"/>
    <w:link w:val="Antrat7Diagrama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Antrat8">
    <w:name w:val="heading 8"/>
    <w:basedOn w:val="prastasis"/>
    <w:next w:val="prastasis"/>
    <w:link w:val="Antrat8Diagrama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Antrat9">
    <w:name w:val="heading 9"/>
    <w:basedOn w:val="prastasis"/>
    <w:next w:val="prastasis"/>
    <w:link w:val="Antrat9Diagrama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E618BF"/>
  </w:style>
  <w:style w:type="paragraph" w:styleId="Porat">
    <w:name w:val="footer"/>
    <w:basedOn w:val="prastasis"/>
    <w:link w:val="PoratDiagrama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E618BF"/>
  </w:style>
  <w:style w:type="paragraph" w:styleId="Betarp">
    <w:name w:val="No Spacing"/>
    <w:uiPriority w:val="1"/>
    <w:qFormat/>
    <w:rsid w:val="00FC693F"/>
    <w:pPr>
      <w:spacing w:after="0" w:line="240" w:lineRule="auto"/>
    </w:pPr>
  </w:style>
  <w:style w:type="character" w:customStyle="1" w:styleId="Antrat1Diagrama">
    <w:name w:val="Antraštė 1 Diagrama"/>
    <w:basedOn w:val="Numatytasispastraiposriftas"/>
    <w:link w:val="Antrat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ntrat2Diagrama">
    <w:name w:val="Antraštė 2 Diagrama"/>
    <w:basedOn w:val="Numatytasispastraiposriftas"/>
    <w:link w:val="Antrat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ntrat3Diagrama">
    <w:name w:val="Antraštė 3 Diagrama"/>
    <w:basedOn w:val="Numatytasispastraiposriftas"/>
    <w:link w:val="Antrat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Pavadinimas">
    <w:name w:val="Title"/>
    <w:basedOn w:val="prastasis"/>
    <w:next w:val="prastasis"/>
    <w:link w:val="PavadinimasDiagrama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aantrat">
    <w:name w:val="Subtitle"/>
    <w:basedOn w:val="prastasis"/>
    <w:next w:val="prastasis"/>
    <w:link w:val="PaantratDiagrama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aantratDiagrama">
    <w:name w:val="Paantraštė Diagrama"/>
    <w:basedOn w:val="Numatytasispastraiposriftas"/>
    <w:link w:val="Paantrat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Sraopastraipa">
    <w:name w:val="List Paragraph"/>
    <w:basedOn w:val="prastasis"/>
    <w:uiPriority w:val="34"/>
    <w:qFormat/>
    <w:rsid w:val="00FC693F"/>
    <w:pPr>
      <w:ind w:left="720"/>
      <w:contextualSpacing/>
    </w:pPr>
  </w:style>
  <w:style w:type="paragraph" w:styleId="Pagrindinistekstas">
    <w:name w:val="Body Text"/>
    <w:basedOn w:val="prastasis"/>
    <w:link w:val="PagrindinistekstasDiagrama"/>
    <w:uiPriority w:val="99"/>
    <w:unhideWhenUsed/>
    <w:rsid w:val="00AA1D8D"/>
    <w:pPr>
      <w:spacing w:after="120"/>
    </w:pPr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AA1D8D"/>
  </w:style>
  <w:style w:type="paragraph" w:styleId="Pagrindinistekstas2">
    <w:name w:val="Body Text 2"/>
    <w:basedOn w:val="prastasis"/>
    <w:link w:val="Pagrindinistekstas2Diagrama"/>
    <w:uiPriority w:val="99"/>
    <w:unhideWhenUsed/>
    <w:rsid w:val="00AA1D8D"/>
    <w:pPr>
      <w:spacing w:after="120" w:line="480" w:lineRule="auto"/>
    </w:pPr>
  </w:style>
  <w:style w:type="character" w:customStyle="1" w:styleId="Pagrindinistekstas2Diagrama">
    <w:name w:val="Pagrindinis tekstas 2 Diagrama"/>
    <w:basedOn w:val="Numatytasispastraiposriftas"/>
    <w:link w:val="Pagrindinistekstas2"/>
    <w:uiPriority w:val="99"/>
    <w:rsid w:val="00AA1D8D"/>
  </w:style>
  <w:style w:type="paragraph" w:styleId="Pagrindinistekstas3">
    <w:name w:val="Body Text 3"/>
    <w:basedOn w:val="prastasis"/>
    <w:link w:val="Pagrindinistekstas3Diagrama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Pagrindinistekstas3Diagrama">
    <w:name w:val="Pagrindinis tekstas 3 Diagrama"/>
    <w:basedOn w:val="Numatytasispastraiposriftas"/>
    <w:link w:val="Pagrindinistekstas3"/>
    <w:uiPriority w:val="99"/>
    <w:rsid w:val="00AA1D8D"/>
    <w:rPr>
      <w:sz w:val="16"/>
      <w:szCs w:val="16"/>
    </w:rPr>
  </w:style>
  <w:style w:type="paragraph" w:styleId="Sraas">
    <w:name w:val="List"/>
    <w:basedOn w:val="prastasis"/>
    <w:uiPriority w:val="99"/>
    <w:unhideWhenUsed/>
    <w:rsid w:val="00AA1D8D"/>
    <w:pPr>
      <w:ind w:left="360" w:hanging="360"/>
      <w:contextualSpacing/>
    </w:pPr>
  </w:style>
  <w:style w:type="paragraph" w:styleId="Sraas2">
    <w:name w:val="List 2"/>
    <w:basedOn w:val="prastasis"/>
    <w:uiPriority w:val="99"/>
    <w:unhideWhenUsed/>
    <w:rsid w:val="00326F90"/>
    <w:pPr>
      <w:ind w:left="720" w:hanging="360"/>
      <w:contextualSpacing/>
    </w:pPr>
  </w:style>
  <w:style w:type="paragraph" w:styleId="Sraas3">
    <w:name w:val="List 3"/>
    <w:basedOn w:val="prastasis"/>
    <w:uiPriority w:val="99"/>
    <w:unhideWhenUsed/>
    <w:rsid w:val="00326F90"/>
    <w:pPr>
      <w:ind w:left="1080" w:hanging="360"/>
      <w:contextualSpacing/>
    </w:pPr>
  </w:style>
  <w:style w:type="paragraph" w:styleId="Sraassuenkleliais">
    <w:name w:val="List Bullet"/>
    <w:basedOn w:val="prastasis"/>
    <w:uiPriority w:val="99"/>
    <w:unhideWhenUsed/>
    <w:rsid w:val="00326F90"/>
    <w:pPr>
      <w:numPr>
        <w:numId w:val="1"/>
      </w:numPr>
      <w:contextualSpacing/>
    </w:pPr>
  </w:style>
  <w:style w:type="paragraph" w:styleId="Sraassuenkleliais2">
    <w:name w:val="List Bullet 2"/>
    <w:basedOn w:val="prastasis"/>
    <w:uiPriority w:val="99"/>
    <w:unhideWhenUsed/>
    <w:rsid w:val="00326F90"/>
    <w:pPr>
      <w:numPr>
        <w:numId w:val="2"/>
      </w:numPr>
      <w:contextualSpacing/>
    </w:pPr>
  </w:style>
  <w:style w:type="paragraph" w:styleId="Sraassuenkleliais3">
    <w:name w:val="List Bullet 3"/>
    <w:basedOn w:val="prastasis"/>
    <w:uiPriority w:val="99"/>
    <w:unhideWhenUsed/>
    <w:rsid w:val="00326F90"/>
    <w:pPr>
      <w:numPr>
        <w:numId w:val="3"/>
      </w:numPr>
      <w:contextualSpacing/>
    </w:pPr>
  </w:style>
  <w:style w:type="paragraph" w:styleId="Sraassunumeriais">
    <w:name w:val="List Number"/>
    <w:basedOn w:val="prastasis"/>
    <w:uiPriority w:val="99"/>
    <w:unhideWhenUsed/>
    <w:rsid w:val="00326F90"/>
    <w:pPr>
      <w:numPr>
        <w:numId w:val="5"/>
      </w:numPr>
      <w:contextualSpacing/>
    </w:pPr>
  </w:style>
  <w:style w:type="paragraph" w:styleId="Sraassunumeriais2">
    <w:name w:val="List Number 2"/>
    <w:basedOn w:val="prastasis"/>
    <w:uiPriority w:val="99"/>
    <w:unhideWhenUsed/>
    <w:rsid w:val="0029639D"/>
    <w:pPr>
      <w:numPr>
        <w:numId w:val="6"/>
      </w:numPr>
      <w:contextualSpacing/>
    </w:pPr>
  </w:style>
  <w:style w:type="paragraph" w:styleId="Sraassunumeriais3">
    <w:name w:val="List Number 3"/>
    <w:basedOn w:val="prastasis"/>
    <w:uiPriority w:val="99"/>
    <w:unhideWhenUsed/>
    <w:rsid w:val="0029639D"/>
    <w:pPr>
      <w:numPr>
        <w:numId w:val="7"/>
      </w:numPr>
      <w:contextualSpacing/>
    </w:pPr>
  </w:style>
  <w:style w:type="paragraph" w:styleId="Sraotsinys">
    <w:name w:val="List Continue"/>
    <w:basedOn w:val="prastasis"/>
    <w:uiPriority w:val="99"/>
    <w:unhideWhenUsed/>
    <w:rsid w:val="0029639D"/>
    <w:pPr>
      <w:spacing w:after="120"/>
      <w:ind w:left="360"/>
      <w:contextualSpacing/>
    </w:pPr>
  </w:style>
  <w:style w:type="paragraph" w:styleId="Sraotsinys2">
    <w:name w:val="List Continue 2"/>
    <w:basedOn w:val="prastasis"/>
    <w:uiPriority w:val="99"/>
    <w:unhideWhenUsed/>
    <w:rsid w:val="0029639D"/>
    <w:pPr>
      <w:spacing w:after="120"/>
      <w:ind w:left="720"/>
      <w:contextualSpacing/>
    </w:pPr>
  </w:style>
  <w:style w:type="paragraph" w:styleId="Sraotsinys3">
    <w:name w:val="List Continue 3"/>
    <w:basedOn w:val="prastasis"/>
    <w:uiPriority w:val="99"/>
    <w:unhideWhenUsed/>
    <w:rsid w:val="0029639D"/>
    <w:pPr>
      <w:spacing w:after="120"/>
      <w:ind w:left="1080"/>
      <w:contextualSpacing/>
    </w:pPr>
  </w:style>
  <w:style w:type="paragraph" w:styleId="Makrokomandostekstas">
    <w:name w:val="macro"/>
    <w:link w:val="MakrokomandostekstasDiagrama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krokomandostekstasDiagrama">
    <w:name w:val="Makrokomandos tekstas Diagrama"/>
    <w:basedOn w:val="Numatytasispastraiposriftas"/>
    <w:link w:val="Makrokomandostekstas"/>
    <w:uiPriority w:val="99"/>
    <w:rsid w:val="0029639D"/>
    <w:rPr>
      <w:rFonts w:ascii="Courier" w:hAnsi="Courier"/>
      <w:sz w:val="20"/>
      <w:szCs w:val="20"/>
    </w:rPr>
  </w:style>
  <w:style w:type="paragraph" w:styleId="Citata">
    <w:name w:val="Quote"/>
    <w:basedOn w:val="prastasis"/>
    <w:next w:val="prastasis"/>
    <w:link w:val="CitataDiagrama"/>
    <w:uiPriority w:val="29"/>
    <w:qFormat/>
    <w:rsid w:val="00FC693F"/>
    <w:rPr>
      <w:i/>
      <w:iCs/>
      <w:color w:val="000000" w:themeColor="text1"/>
    </w:rPr>
  </w:style>
  <w:style w:type="character" w:customStyle="1" w:styleId="CitataDiagrama">
    <w:name w:val="Citata Diagrama"/>
    <w:basedOn w:val="Numatytasispastraiposriftas"/>
    <w:link w:val="Citata"/>
    <w:uiPriority w:val="29"/>
    <w:rsid w:val="00FC693F"/>
    <w:rPr>
      <w:i/>
      <w:iCs/>
      <w:color w:val="000000" w:themeColor="text1"/>
    </w:rPr>
  </w:style>
  <w:style w:type="character" w:customStyle="1" w:styleId="Antrat4Diagrama">
    <w:name w:val="Antraštė 4 Diagrama"/>
    <w:basedOn w:val="Numatytasispastraiposriftas"/>
    <w:link w:val="Antrat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Antrat5Diagrama">
    <w:name w:val="Antraštė 5 Diagrama"/>
    <w:basedOn w:val="Numatytasispastraiposriftas"/>
    <w:link w:val="Antrat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Antrat6Diagrama">
    <w:name w:val="Antraštė 6 Diagrama"/>
    <w:basedOn w:val="Numatytasispastraiposriftas"/>
    <w:link w:val="Antrat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Antrat7Diagrama">
    <w:name w:val="Antraštė 7 Diagrama"/>
    <w:basedOn w:val="Numatytasispastraiposriftas"/>
    <w:link w:val="Antrat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Antrat8Diagrama">
    <w:name w:val="Antraštė 8 Diagrama"/>
    <w:basedOn w:val="Numatytasispastraiposriftas"/>
    <w:link w:val="Antrat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Antrat9Diagrama">
    <w:name w:val="Antraštė 9 Diagrama"/>
    <w:basedOn w:val="Numatytasispastraiposriftas"/>
    <w:link w:val="Antrat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ntrat">
    <w:name w:val="caption"/>
    <w:basedOn w:val="prastasis"/>
    <w:next w:val="prastasis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Grietas">
    <w:name w:val="Strong"/>
    <w:basedOn w:val="Numatytasispastraiposriftas"/>
    <w:uiPriority w:val="22"/>
    <w:qFormat/>
    <w:rsid w:val="00FC693F"/>
    <w:rPr>
      <w:b/>
      <w:bCs/>
    </w:rPr>
  </w:style>
  <w:style w:type="character" w:styleId="Emfaz">
    <w:name w:val="Emphasis"/>
    <w:basedOn w:val="Numatytasispastraiposriftas"/>
    <w:uiPriority w:val="20"/>
    <w:qFormat/>
    <w:rsid w:val="00FC693F"/>
    <w:rPr>
      <w:i/>
      <w:iCs/>
    </w:rPr>
  </w:style>
  <w:style w:type="paragraph" w:styleId="Iskirtacitata">
    <w:name w:val="Intense Quote"/>
    <w:basedOn w:val="prastasis"/>
    <w:next w:val="prastasis"/>
    <w:link w:val="IskirtacitataDiagrama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skirtacitataDiagrama">
    <w:name w:val="Išskirta citata Diagrama"/>
    <w:basedOn w:val="Numatytasispastraiposriftas"/>
    <w:link w:val="Iskirtacitata"/>
    <w:uiPriority w:val="30"/>
    <w:rsid w:val="00FC693F"/>
    <w:rPr>
      <w:b/>
      <w:bCs/>
      <w:i/>
      <w:iCs/>
      <w:color w:val="4F81BD" w:themeColor="accent1"/>
    </w:rPr>
  </w:style>
  <w:style w:type="character" w:styleId="Nerykuspabraukimas">
    <w:name w:val="Subtle Emphasis"/>
    <w:basedOn w:val="Numatytasispastraiposriftas"/>
    <w:uiPriority w:val="19"/>
    <w:qFormat/>
    <w:rsid w:val="00FC693F"/>
    <w:rPr>
      <w:i/>
      <w:iCs/>
      <w:color w:val="808080" w:themeColor="text1" w:themeTint="7F"/>
    </w:rPr>
  </w:style>
  <w:style w:type="character" w:styleId="Rykuspabraukimas">
    <w:name w:val="Intense Emphasis"/>
    <w:basedOn w:val="Numatytasispastraiposriftas"/>
    <w:uiPriority w:val="21"/>
    <w:qFormat/>
    <w:rsid w:val="00FC693F"/>
    <w:rPr>
      <w:b/>
      <w:bCs/>
      <w:i/>
      <w:iCs/>
      <w:color w:val="4F81BD" w:themeColor="accent1"/>
    </w:rPr>
  </w:style>
  <w:style w:type="character" w:styleId="Nerykinuoroda">
    <w:name w:val="Subtle Reference"/>
    <w:basedOn w:val="Numatytasispastraiposriftas"/>
    <w:uiPriority w:val="31"/>
    <w:qFormat/>
    <w:rsid w:val="00FC693F"/>
    <w:rPr>
      <w:smallCaps/>
      <w:color w:val="C0504D" w:themeColor="accent2"/>
      <w:u w:val="single"/>
    </w:rPr>
  </w:style>
  <w:style w:type="character" w:styleId="Rykinuoroda">
    <w:name w:val="Intense Reference"/>
    <w:basedOn w:val="Numatytasispastraiposriftas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Knygospavadinimas">
    <w:name w:val="Book Title"/>
    <w:basedOn w:val="Numatytasispastraiposriftas"/>
    <w:uiPriority w:val="33"/>
    <w:qFormat/>
    <w:rsid w:val="00FC693F"/>
    <w:rPr>
      <w:b/>
      <w:bCs/>
      <w:smallCaps/>
      <w:spacing w:val="5"/>
    </w:rPr>
  </w:style>
  <w:style w:type="paragraph" w:styleId="Turinioantrat">
    <w:name w:val="TOC Heading"/>
    <w:basedOn w:val="Antrat1"/>
    <w:next w:val="prastasis"/>
    <w:uiPriority w:val="39"/>
    <w:semiHidden/>
    <w:unhideWhenUsed/>
    <w:qFormat/>
    <w:rsid w:val="00FC693F"/>
    <w:pPr>
      <w:outlineLvl w:val="9"/>
    </w:pPr>
  </w:style>
  <w:style w:type="table" w:styleId="Lentelstinklelis">
    <w:name w:val="Table Grid"/>
    <w:basedOn w:val="prastojilente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viesusisspalvinimas">
    <w:name w:val="Light Shading"/>
    <w:basedOn w:val="prastojilente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viesusspalvinimas1parykinimas">
    <w:name w:val="Light Shading Accent 1"/>
    <w:basedOn w:val="prastojilente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viesusspalvinimas2parykinimas">
    <w:name w:val="Light Shading Accent 2"/>
    <w:basedOn w:val="prastojilente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viesusspalvinimas3parykinimas">
    <w:name w:val="Light Shading Accent 3"/>
    <w:basedOn w:val="prastojilente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viesusspalvinimas4parykinimas">
    <w:name w:val="Light Shading Accent 4"/>
    <w:basedOn w:val="prastojilente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viesusspalvinimas5parykinimas">
    <w:name w:val="Light Shading Accent 5"/>
    <w:basedOn w:val="prastojilente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viesusspalvinimas6parykinimas">
    <w:name w:val="Light Shading Accent 6"/>
    <w:basedOn w:val="prastojilente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viesussraas">
    <w:name w:val="Light List"/>
    <w:basedOn w:val="prastojilent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viesussraas1parykinimas">
    <w:name w:val="Light List Accent 1"/>
    <w:basedOn w:val="prastojilente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viesussraas2parykinimas">
    <w:name w:val="Light List Accent 2"/>
    <w:basedOn w:val="prastojilent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viesussraas3parykinimas">
    <w:name w:val="Light List Accent 3"/>
    <w:basedOn w:val="prastojilent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viesussraas4parykinimas">
    <w:name w:val="Light List Accent 4"/>
    <w:basedOn w:val="prastojilent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viesussraas5parykinimas">
    <w:name w:val="Light List Accent 5"/>
    <w:basedOn w:val="prastojilent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viesussraas6parykinimas">
    <w:name w:val="Light List Accent 6"/>
    <w:basedOn w:val="prastojilente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viesustinklelis">
    <w:name w:val="Light Grid"/>
    <w:basedOn w:val="prastojilent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viesustinklelis1parykinimas">
    <w:name w:val="Light Grid Accent 1"/>
    <w:basedOn w:val="prastojilent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viesustinklelis2parykinimas">
    <w:name w:val="Light Grid Accent 2"/>
    <w:basedOn w:val="prastojilent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viesustinklelis3parykinimas">
    <w:name w:val="Light Grid Accent 3"/>
    <w:basedOn w:val="prastojilent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viesustinklelis4parykinimas">
    <w:name w:val="Light Grid Accent 4"/>
    <w:basedOn w:val="prastojilent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viesustinklelis5parykinimas">
    <w:name w:val="Light Grid Accent 5"/>
    <w:basedOn w:val="prastojilent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viesustinklelis6parykinimas">
    <w:name w:val="Light Grid Accent 6"/>
    <w:basedOn w:val="prastojilente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1vidutinisspalvinimas">
    <w:name w:val="Medium Shading 1"/>
    <w:basedOn w:val="prastojilent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vidutinisspalvinimas1parykinimas">
    <w:name w:val="Medium Shading 1 Accent 1"/>
    <w:basedOn w:val="prastojilent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vidutinisspalvinimas2parykinimas">
    <w:name w:val="Medium Shading 1 Accent 2"/>
    <w:basedOn w:val="prastojilent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vidutinisspalvinimas3parykinimas">
    <w:name w:val="Medium Shading 1 Accent 3"/>
    <w:basedOn w:val="prastojilent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vidutinisspalvinimas4parykinimas">
    <w:name w:val="Medium Shading 1 Accent 4"/>
    <w:basedOn w:val="prastojilent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vidutinisspalvinimas5parykinimas">
    <w:name w:val="Medium Shading 1 Accent 5"/>
    <w:basedOn w:val="prastojilent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1vidutinisspalvinimas6parykinimas">
    <w:name w:val="Medium Shading 1 Accent 6"/>
    <w:basedOn w:val="prastojilente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2vidutinisspalvinimas">
    <w:name w:val="Medium Shading 2"/>
    <w:basedOn w:val="prastojilent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vidutinisspalvinimas1parykinimas">
    <w:name w:val="Medium Shading 2 Accent 1"/>
    <w:basedOn w:val="prastojilent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vidutinisspalvinimas2parykinimas">
    <w:name w:val="Medium Shading 2 Accent 2"/>
    <w:basedOn w:val="prastojilent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vidutinisspalvinimas3parykinimas">
    <w:name w:val="Medium Shading 2 Accent 3"/>
    <w:basedOn w:val="prastojilent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vidutinisspalvinimas4parykinimas">
    <w:name w:val="Medium Shading 2 Accent 4"/>
    <w:basedOn w:val="prastojilent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vidutinisspalvinimas5parykinimas">
    <w:name w:val="Medium Shading 2 Accent 5"/>
    <w:basedOn w:val="prastojilent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2vidutinisspalvinimas6parykinimas">
    <w:name w:val="Medium Shading 2 Accent 6"/>
    <w:basedOn w:val="prastojilente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1vidutinissraas">
    <w:name w:val="Medium List 1"/>
    <w:basedOn w:val="prastojilent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1vidutinissraas1parykinimas">
    <w:name w:val="Medium List 1 Accent 1"/>
    <w:basedOn w:val="prastojilent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1vidutinissraas2parykinimas">
    <w:name w:val="Medium List 1 Accent 2"/>
    <w:basedOn w:val="prastojilent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1vidutinissraas3parykinimas">
    <w:name w:val="Medium List 1 Accent 3"/>
    <w:basedOn w:val="prastojilent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1vidutinissraas4parykinimas">
    <w:name w:val="Medium List 1 Accent 4"/>
    <w:basedOn w:val="prastojilent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1vidutinissraas5parykinimas">
    <w:name w:val="Medium List 1 Accent 5"/>
    <w:basedOn w:val="prastojilent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1vidutinissraas6parykinimas">
    <w:name w:val="Medium List 1 Accent 6"/>
    <w:basedOn w:val="prastojilente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2vidutinissraas">
    <w:name w:val="Medium List 2"/>
    <w:basedOn w:val="prastojilent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vidutinissraas1parykinimas">
    <w:name w:val="Medium List 2 Accent 1"/>
    <w:basedOn w:val="prastojilent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vidutinissraas2parykinimas">
    <w:name w:val="Medium List 2 Accent 2"/>
    <w:basedOn w:val="prastojilent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vidutinissraas3parykinimas">
    <w:name w:val="Medium List 2 Accent 3"/>
    <w:basedOn w:val="prastojilent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vidutinissraas4parykinimas">
    <w:name w:val="Medium List 2 Accent 4"/>
    <w:basedOn w:val="prastojilent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vidutinissraas5parykinimas">
    <w:name w:val="Medium List 2 Accent 5"/>
    <w:basedOn w:val="prastojilent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2vidutinissraas6parykinimas">
    <w:name w:val="Medium List 2 Accent 6"/>
    <w:basedOn w:val="prastojilente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1vidutinistinklelis">
    <w:name w:val="Medium Grid 1"/>
    <w:basedOn w:val="prastojilent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1vidutinistinklelis1parykinimas">
    <w:name w:val="Medium Grid 1 Accent 1"/>
    <w:basedOn w:val="prastojilent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1vidutinistinklelis2parykinimas">
    <w:name w:val="Medium Grid 1 Accent 2"/>
    <w:basedOn w:val="prastojilent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1vidutinistinklelis3parykinimas">
    <w:name w:val="Medium Grid 1 Accent 3"/>
    <w:basedOn w:val="prastojilent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1vidutinistinklelis4parykinimas">
    <w:name w:val="Medium Grid 1 Accent 4"/>
    <w:basedOn w:val="prastojilent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1vidutinistinklelis5parykinimas">
    <w:name w:val="Medium Grid 1 Accent 5"/>
    <w:basedOn w:val="prastojilent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1vidutinistinklelis6parykinimas">
    <w:name w:val="Medium Grid 1 Accent 6"/>
    <w:basedOn w:val="prastojilente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2vidutinistinklelis">
    <w:name w:val="Medium Grid 2"/>
    <w:basedOn w:val="prastojilent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vidutinistinklelis1parykinimas">
    <w:name w:val="Medium Grid 2 Accent 1"/>
    <w:basedOn w:val="prastojilent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vidutinistinklelis2parykinimas">
    <w:name w:val="Medium Grid 2 Accent 2"/>
    <w:basedOn w:val="prastojilent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vidutinistinklelis3parykinimas">
    <w:name w:val="Medium Grid 2 Accent 3"/>
    <w:basedOn w:val="prastojilent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vidutinistinklelis4parykinimas">
    <w:name w:val="Medium Grid 2 Accent 4"/>
    <w:basedOn w:val="prastojilent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vidutinistinklelis5parykinimas">
    <w:name w:val="Medium Grid 2 Accent 5"/>
    <w:basedOn w:val="prastojilent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2vidutinistinklelis6parykinimas">
    <w:name w:val="Medium Grid 2 Accent 6"/>
    <w:basedOn w:val="prastojilente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3vidutinistinklelis">
    <w:name w:val="Medium Grid 3"/>
    <w:basedOn w:val="prastojilent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3vidutinistinklelis1parykinimas">
    <w:name w:val="Medium Grid 3 Accent 1"/>
    <w:basedOn w:val="prastojilent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3vidutinistinklelis2parykinimas">
    <w:name w:val="Medium Grid 3 Accent 2"/>
    <w:basedOn w:val="prastojilent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3vidutinistinklelis3parykinimas">
    <w:name w:val="Medium Grid 3 Accent 3"/>
    <w:basedOn w:val="prastojilent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3vidutinistinklelis4parykinimas">
    <w:name w:val="Medium Grid 3 Accent 4"/>
    <w:basedOn w:val="prastojilent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3vidutinistinklelis5parykinimas">
    <w:name w:val="Medium Grid 3 Accent 5"/>
    <w:basedOn w:val="prastojilent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3vidutinistinklelis6parykinimas">
    <w:name w:val="Medium Grid 3 Accent 6"/>
    <w:basedOn w:val="prastojilente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Tamsussraas">
    <w:name w:val="Dark List"/>
    <w:basedOn w:val="prastojilent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Tamsussraas1parykinimas">
    <w:name w:val="Dark List Accent 1"/>
    <w:basedOn w:val="prastojilent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Tamsussraas2parykinimas">
    <w:name w:val="Dark List Accent 2"/>
    <w:basedOn w:val="prastojilent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Tamsussraas3parykinimas">
    <w:name w:val="Dark List Accent 3"/>
    <w:basedOn w:val="prastojilent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Tamsussraas4parykinimas">
    <w:name w:val="Dark List Accent 4"/>
    <w:basedOn w:val="prastojilent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Tamsussraas5parykinimas">
    <w:name w:val="Dark List Accent 5"/>
    <w:basedOn w:val="prastojilent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Tamsussraas6parykinimas">
    <w:name w:val="Dark List Accent 6"/>
    <w:basedOn w:val="prastojilente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Spalvotasspalvinimas">
    <w:name w:val="Colorful Shading"/>
    <w:basedOn w:val="prastojilent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palvotasspalvinimas1parykinimas">
    <w:name w:val="Colorful Shading Accent 1"/>
    <w:basedOn w:val="prastojilent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palvotasspalvinimas2parykinimas">
    <w:name w:val="Colorful Shading Accent 2"/>
    <w:basedOn w:val="prastojilent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palvotasspalvinimas3parykinimas">
    <w:name w:val="Colorful Shading Accent 3"/>
    <w:basedOn w:val="prastojilent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palvotasspalvinimas4parykinimas">
    <w:name w:val="Colorful Shading Accent 4"/>
    <w:basedOn w:val="prastojilent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palvotasspalvinimas5parykinimas">
    <w:name w:val="Colorful Shading Accent 5"/>
    <w:basedOn w:val="prastojilent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palvotasspalvinimas6parykinimas">
    <w:name w:val="Colorful Shading Accent 6"/>
    <w:basedOn w:val="prastojilente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palvotassraas">
    <w:name w:val="Colorful List"/>
    <w:basedOn w:val="prastojilent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Spalvotassraas1parykinimas">
    <w:name w:val="Colorful List Accent 1"/>
    <w:basedOn w:val="prastojilent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Spalvotassraas2parykinimas">
    <w:name w:val="Colorful List Accent 2"/>
    <w:basedOn w:val="prastojilent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Spalvotassraas3parykinimas">
    <w:name w:val="Colorful List Accent 3"/>
    <w:basedOn w:val="prastojilent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Spalvotassraas4parykinimas">
    <w:name w:val="Colorful List Accent 4"/>
    <w:basedOn w:val="prastojilent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Spalvotassraas5parykinimas">
    <w:name w:val="Colorful List Accent 5"/>
    <w:basedOn w:val="prastojilent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Spalvotassraas6parykinimas">
    <w:name w:val="Colorful List Accent 6"/>
    <w:basedOn w:val="prastojilente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Spalvotastinklelis">
    <w:name w:val="Colorful Grid"/>
    <w:basedOn w:val="prastojilent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Spalvotastinklelis1parykinimas">
    <w:name w:val="Colorful Grid Accent 1"/>
    <w:basedOn w:val="prastojilent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Spalvotastinklelis2parykinimas">
    <w:name w:val="Colorful Grid Accent 2"/>
    <w:basedOn w:val="prastojilent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Spalvotastinklelis3parykinimas">
    <w:name w:val="Colorful Grid Accent 3"/>
    <w:basedOn w:val="prastojilent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Spalvotastinklelis4parykinimas">
    <w:name w:val="Colorful Grid Accent 4"/>
    <w:basedOn w:val="prastojilent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Spalvotastinklelis5parykinimas">
    <w:name w:val="Colorful Grid Accent 5"/>
    <w:basedOn w:val="prastojilent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Spalvotastinklelis6parykinimas">
    <w:name w:val="Colorful Grid Accent 6"/>
    <w:basedOn w:val="prastojilente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485</Words>
  <Characters>277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761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Kipras Garla</cp:lastModifiedBy>
  <cp:revision>2</cp:revision>
  <dcterms:created xsi:type="dcterms:W3CDTF">2013-12-23T23:15:00Z</dcterms:created>
  <dcterms:modified xsi:type="dcterms:W3CDTF">2026-02-12T14:42:00Z</dcterms:modified>
  <cp:category/>
</cp:coreProperties>
</file>