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5B5BB" w14:textId="77777777" w:rsidR="00A43E3E" w:rsidRPr="00A43E3E" w:rsidRDefault="00A43E3E" w:rsidP="00A43E3E">
      <w:pPr>
        <w:spacing w:after="0" w:line="240" w:lineRule="auto"/>
        <w:ind w:left="3600" w:right="43"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Šiuolaikinio meno centro</w:t>
      </w:r>
    </w:p>
    <w:p w14:paraId="12298953" w14:textId="77777777" w:rsidR="00A43E3E" w:rsidRPr="00A43E3E" w:rsidRDefault="00A43E3E" w:rsidP="00A43E3E">
      <w:pPr>
        <w:spacing w:after="0" w:line="240" w:lineRule="auto"/>
        <w:ind w:left="4320" w:right="4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Diskriminacijos ir priekabiavimo prevencijos tvarkos</w:t>
      </w:r>
    </w:p>
    <w:p w14:paraId="5E85E614" w14:textId="77777777" w:rsidR="00A43E3E" w:rsidRPr="00A43E3E" w:rsidRDefault="00A43E3E" w:rsidP="00A43E3E">
      <w:pPr>
        <w:spacing w:after="0" w:line="240" w:lineRule="auto"/>
        <w:ind w:left="3600" w:right="43"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1 priedas</w:t>
      </w:r>
    </w:p>
    <w:p w14:paraId="51D87E8E" w14:textId="77777777" w:rsidR="00A43E3E" w:rsidRPr="00A43E3E" w:rsidRDefault="00A43E3E" w:rsidP="00A43E3E">
      <w:pPr>
        <w:spacing w:after="0" w:line="360" w:lineRule="auto"/>
        <w:ind w:right="43"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797C0000" w14:textId="77777777" w:rsidR="00A43E3E" w:rsidRPr="00A43E3E" w:rsidRDefault="00A43E3E" w:rsidP="007C4F91">
      <w:pPr>
        <w:spacing w:after="0" w:line="360" w:lineRule="auto"/>
        <w:ind w:right="4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b/>
          <w:bCs/>
          <w:sz w:val="24"/>
          <w:szCs w:val="24"/>
          <w:lang w:val="lt-LT"/>
        </w:rPr>
        <w:t>PRANEŠIMO APIE DISKRIMINACIJĄ AR PRIEKABIAVIMĄ FORMA</w:t>
      </w:r>
    </w:p>
    <w:p w14:paraId="2518E7DA" w14:textId="77777777" w:rsidR="00A43E3E" w:rsidRPr="00A43E3E" w:rsidRDefault="00A43E3E" w:rsidP="007C4F91">
      <w:pPr>
        <w:spacing w:after="0" w:line="360" w:lineRule="auto"/>
        <w:ind w:right="43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202__ m. __________ mėn. ____ d.</w:t>
      </w:r>
    </w:p>
    <w:p w14:paraId="478366BE" w14:textId="77777777" w:rsidR="00A43E3E" w:rsidRPr="00A43E3E" w:rsidRDefault="00A43E3E" w:rsidP="007C4F91">
      <w:pPr>
        <w:spacing w:after="0" w:line="360" w:lineRule="auto"/>
        <w:ind w:right="43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________________</w:t>
      </w:r>
    </w:p>
    <w:p w14:paraId="17096AFB" w14:textId="77777777" w:rsidR="00A43E3E" w:rsidRPr="00A43E3E" w:rsidRDefault="00A43E3E" w:rsidP="007C4F91">
      <w:pPr>
        <w:spacing w:after="0" w:line="360" w:lineRule="auto"/>
        <w:ind w:right="43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(vieta)</w:t>
      </w:r>
    </w:p>
    <w:p w14:paraId="5F59DE7F" w14:textId="77777777" w:rsidR="00A43E3E" w:rsidRPr="00A43E3E" w:rsidRDefault="00A43E3E" w:rsidP="00A43E3E">
      <w:pPr>
        <w:spacing w:after="0" w:line="360" w:lineRule="auto"/>
        <w:ind w:right="43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9"/>
        <w:gridCol w:w="4949"/>
      </w:tblGrid>
      <w:tr w:rsidR="00A43E3E" w:rsidRPr="00A43E3E" w14:paraId="0C6E134B" w14:textId="77777777" w:rsidTr="001B1B51">
        <w:tc>
          <w:tcPr>
            <w:tcW w:w="9898" w:type="dxa"/>
            <w:gridSpan w:val="2"/>
            <w:shd w:val="clear" w:color="auto" w:fill="F2F2F2" w:themeFill="background1" w:themeFillShade="F2"/>
          </w:tcPr>
          <w:p w14:paraId="15B99AA3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Asmens, pranešančio apie pažeidimą, duomenys</w:t>
            </w:r>
          </w:p>
        </w:tc>
      </w:tr>
      <w:tr w:rsidR="00A43E3E" w:rsidRPr="00A43E3E" w14:paraId="613362C1" w14:textId="77777777" w:rsidTr="001B1B51">
        <w:tc>
          <w:tcPr>
            <w:tcW w:w="4949" w:type="dxa"/>
          </w:tcPr>
          <w:p w14:paraId="75E6E0EF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Pranešėjo vardas, pavardė (nebūtina)</w:t>
            </w:r>
          </w:p>
        </w:tc>
        <w:tc>
          <w:tcPr>
            <w:tcW w:w="4949" w:type="dxa"/>
          </w:tcPr>
          <w:p w14:paraId="355035F9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6FA9FCF7" w14:textId="77777777" w:rsidTr="001B1B51">
        <w:tc>
          <w:tcPr>
            <w:tcW w:w="4949" w:type="dxa"/>
          </w:tcPr>
          <w:p w14:paraId="0B606307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Statusas (darbuotojas, menininkas, projekto dalyvis, kt.)</w:t>
            </w:r>
          </w:p>
        </w:tc>
        <w:tc>
          <w:tcPr>
            <w:tcW w:w="4949" w:type="dxa"/>
          </w:tcPr>
          <w:p w14:paraId="0BC3C003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704790ED" w14:textId="77777777" w:rsidTr="001B1B51">
        <w:tc>
          <w:tcPr>
            <w:tcW w:w="4949" w:type="dxa"/>
          </w:tcPr>
          <w:p w14:paraId="675A93AD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Kontaktiniai duomenys (nebūtina)</w:t>
            </w:r>
          </w:p>
        </w:tc>
        <w:tc>
          <w:tcPr>
            <w:tcW w:w="4949" w:type="dxa"/>
          </w:tcPr>
          <w:p w14:paraId="18E04F1B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048FD74D" w14:textId="77777777" w:rsidR="00A43E3E" w:rsidRPr="00A43E3E" w:rsidRDefault="00A43E3E" w:rsidP="00A43E3E">
      <w:pPr>
        <w:spacing w:after="0" w:line="360" w:lineRule="auto"/>
        <w:ind w:right="43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9"/>
        <w:gridCol w:w="4949"/>
      </w:tblGrid>
      <w:tr w:rsidR="00A43E3E" w:rsidRPr="00A43E3E" w14:paraId="3BF581D4" w14:textId="77777777" w:rsidTr="001B1B51">
        <w:tc>
          <w:tcPr>
            <w:tcW w:w="9898" w:type="dxa"/>
            <w:gridSpan w:val="2"/>
            <w:shd w:val="clear" w:color="auto" w:fill="F2F2F2" w:themeFill="background1" w:themeFillShade="F2"/>
          </w:tcPr>
          <w:p w14:paraId="1D435A8D" w14:textId="77777777" w:rsidR="00A43E3E" w:rsidRPr="00A43E3E" w:rsidRDefault="00A43E3E" w:rsidP="00A43E3E">
            <w:pPr>
              <w:tabs>
                <w:tab w:val="left" w:pos="6975"/>
              </w:tabs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Informacija apie pažeidimą</w:t>
            </w: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ab/>
            </w:r>
          </w:p>
        </w:tc>
      </w:tr>
      <w:tr w:rsidR="00A43E3E" w:rsidRPr="00A43E3E" w14:paraId="665D57EA" w14:textId="77777777" w:rsidTr="001B1B51">
        <w:tc>
          <w:tcPr>
            <w:tcW w:w="4949" w:type="dxa"/>
          </w:tcPr>
          <w:p w14:paraId="54827B1B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Įvykio data (-os):</w:t>
            </w:r>
          </w:p>
        </w:tc>
        <w:tc>
          <w:tcPr>
            <w:tcW w:w="4949" w:type="dxa"/>
          </w:tcPr>
          <w:p w14:paraId="2CB99386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62F8D5AF" w14:textId="77777777" w:rsidTr="001B1B51">
        <w:tc>
          <w:tcPr>
            <w:tcW w:w="4949" w:type="dxa"/>
          </w:tcPr>
          <w:p w14:paraId="26029CDA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Įvykio vieta:</w:t>
            </w:r>
          </w:p>
        </w:tc>
        <w:tc>
          <w:tcPr>
            <w:tcW w:w="4949" w:type="dxa"/>
          </w:tcPr>
          <w:p w14:paraId="4D481FCD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4D1D7753" w14:textId="77777777" w:rsidTr="001B1B51">
        <w:tc>
          <w:tcPr>
            <w:tcW w:w="4949" w:type="dxa"/>
          </w:tcPr>
          <w:p w14:paraId="7F2A8F16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 įvykiu susijęs asmuo (asmenys):</w:t>
            </w:r>
          </w:p>
        </w:tc>
        <w:tc>
          <w:tcPr>
            <w:tcW w:w="4949" w:type="dxa"/>
          </w:tcPr>
          <w:p w14:paraId="1EC02A24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04013E51" w14:textId="77777777" w:rsidTr="001B1B51">
        <w:tc>
          <w:tcPr>
            <w:tcW w:w="4949" w:type="dxa"/>
          </w:tcPr>
          <w:p w14:paraId="7E779998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Įvykio aprašymas (kas įvyko, kokiomis aplinkybėmis):</w:t>
            </w:r>
          </w:p>
        </w:tc>
        <w:tc>
          <w:tcPr>
            <w:tcW w:w="4949" w:type="dxa"/>
          </w:tcPr>
          <w:p w14:paraId="4D4C5261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6376CBA0" w14:textId="77777777" w:rsidTr="001B1B51">
        <w:tc>
          <w:tcPr>
            <w:tcW w:w="4949" w:type="dxa"/>
          </w:tcPr>
          <w:p w14:paraId="3EC04C31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Galimi liudytojai (jei yra):</w:t>
            </w:r>
          </w:p>
        </w:tc>
        <w:tc>
          <w:tcPr>
            <w:tcW w:w="4949" w:type="dxa"/>
          </w:tcPr>
          <w:p w14:paraId="7237D86D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51262681" w14:textId="77777777" w:rsidTr="001B1B51">
        <w:tc>
          <w:tcPr>
            <w:tcW w:w="4949" w:type="dxa"/>
          </w:tcPr>
          <w:p w14:paraId="5F6EA70B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Ar apie įvykį jau buvo kam nors pranešta? (jei taip – kam):</w:t>
            </w:r>
          </w:p>
        </w:tc>
        <w:tc>
          <w:tcPr>
            <w:tcW w:w="4949" w:type="dxa"/>
          </w:tcPr>
          <w:p w14:paraId="330B3CBE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A43E3E" w:rsidRPr="00A43E3E" w14:paraId="50977299" w14:textId="77777777" w:rsidTr="001B1B51">
        <w:tc>
          <w:tcPr>
            <w:tcW w:w="4949" w:type="dxa"/>
          </w:tcPr>
          <w:p w14:paraId="3FA008C4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A43E3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Pageidaujamas problemos sprendimo būdas (jei yra)</w:t>
            </w:r>
          </w:p>
        </w:tc>
        <w:tc>
          <w:tcPr>
            <w:tcW w:w="4949" w:type="dxa"/>
          </w:tcPr>
          <w:p w14:paraId="797D223D" w14:textId="77777777" w:rsidR="00A43E3E" w:rsidRPr="00A43E3E" w:rsidRDefault="00A43E3E" w:rsidP="00A43E3E">
            <w:pPr>
              <w:spacing w:line="360" w:lineRule="auto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5D143BE9" w14:textId="77777777" w:rsidR="00A43E3E" w:rsidRPr="00A43E3E" w:rsidRDefault="00A43E3E" w:rsidP="00A43E3E">
      <w:pPr>
        <w:spacing w:after="0" w:line="360" w:lineRule="auto"/>
        <w:ind w:right="43"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C4B3BCC" w14:textId="77777777" w:rsidR="00A43E3E" w:rsidRPr="00A43E3E" w:rsidRDefault="00A43E3E" w:rsidP="00A43E3E">
      <w:pPr>
        <w:spacing w:after="0" w:line="360" w:lineRule="auto"/>
        <w:ind w:right="43"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43E3E">
        <w:rPr>
          <w:rFonts w:ascii="Times New Roman" w:hAnsi="Times New Roman" w:cs="Times New Roman"/>
          <w:sz w:val="24"/>
          <w:szCs w:val="24"/>
          <w:lang w:val="lt-LT"/>
        </w:rPr>
        <w:t>Data: __________</w:t>
      </w:r>
      <w:r w:rsidRPr="00A43E3E"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A43E3E"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A43E3E"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A43E3E">
        <w:rPr>
          <w:rFonts w:ascii="Times New Roman" w:hAnsi="Times New Roman" w:cs="Times New Roman"/>
          <w:sz w:val="24"/>
          <w:szCs w:val="24"/>
          <w:lang w:val="lt-LT"/>
        </w:rPr>
        <w:tab/>
        <w:t>Parašas: __________</w:t>
      </w:r>
    </w:p>
    <w:p w14:paraId="1D41FF5E" w14:textId="77777777" w:rsidR="00A43E3E" w:rsidRPr="00A43E3E" w:rsidRDefault="00A43E3E" w:rsidP="00A43E3E">
      <w:pPr>
        <w:spacing w:after="0" w:line="360" w:lineRule="auto"/>
        <w:ind w:right="43" w:firstLine="567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07EE6F2D" w14:textId="77777777" w:rsidR="00A43E3E" w:rsidRPr="00A43E3E" w:rsidRDefault="00A43E3E" w:rsidP="00A43E3E">
      <w:pPr>
        <w:spacing w:after="0" w:line="360" w:lineRule="auto"/>
        <w:ind w:right="43" w:firstLine="567"/>
        <w:jc w:val="both"/>
        <w:rPr>
          <w:rFonts w:ascii="Times New Roman" w:hAnsi="Times New Roman" w:cs="Times New Roman"/>
          <w:b/>
          <w:bCs/>
          <w:sz w:val="20"/>
          <w:szCs w:val="20"/>
          <w:lang w:val="lt-LT"/>
        </w:rPr>
      </w:pPr>
      <w:r w:rsidRPr="00A43E3E">
        <w:rPr>
          <w:rFonts w:ascii="Times New Roman" w:hAnsi="Times New Roman" w:cs="Times New Roman"/>
          <w:b/>
          <w:bCs/>
          <w:sz w:val="20"/>
          <w:szCs w:val="20"/>
          <w:lang w:val="lt-LT"/>
        </w:rPr>
        <w:t>Pastaba: Pranešimas gali būti teikiamas ir anonimiškai. Visa pateikta informacija bus nagrinėjama konfidencialiai.</w:t>
      </w:r>
    </w:p>
    <w:p w14:paraId="6D19F76C" w14:textId="700E64E9" w:rsidR="00194D38" w:rsidRPr="001A31A5" w:rsidRDefault="00194D38" w:rsidP="001A31A5">
      <w:pPr>
        <w:spacing w:after="0" w:line="240" w:lineRule="auto"/>
        <w:ind w:right="43"/>
        <w:jc w:val="both"/>
        <w:rPr>
          <w:rFonts w:ascii="Times New Roman" w:hAnsi="Times New Roman" w:cs="Times New Roman"/>
          <w:b/>
          <w:bCs/>
          <w:sz w:val="20"/>
          <w:szCs w:val="20"/>
          <w:lang w:val="lt-LT"/>
        </w:rPr>
      </w:pPr>
    </w:p>
    <w:sectPr w:rsidR="00194D38" w:rsidRPr="001A31A5" w:rsidSect="00A43E3E">
      <w:pgSz w:w="12240" w:h="15840"/>
      <w:pgMar w:top="1440" w:right="758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31614329">
    <w:abstractNumId w:val="8"/>
  </w:num>
  <w:num w:numId="2" w16cid:durableId="91752259">
    <w:abstractNumId w:val="6"/>
  </w:num>
  <w:num w:numId="3" w16cid:durableId="583877721">
    <w:abstractNumId w:val="5"/>
  </w:num>
  <w:num w:numId="4" w16cid:durableId="1555503449">
    <w:abstractNumId w:val="4"/>
  </w:num>
  <w:num w:numId="5" w16cid:durableId="1788231239">
    <w:abstractNumId w:val="7"/>
  </w:num>
  <w:num w:numId="6" w16cid:durableId="1302034601">
    <w:abstractNumId w:val="3"/>
  </w:num>
  <w:num w:numId="7" w16cid:durableId="155613502">
    <w:abstractNumId w:val="2"/>
  </w:num>
  <w:num w:numId="8" w16cid:durableId="1495754912">
    <w:abstractNumId w:val="1"/>
  </w:num>
  <w:num w:numId="9" w16cid:durableId="107437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0756"/>
    <w:rsid w:val="0015074B"/>
    <w:rsid w:val="00194D38"/>
    <w:rsid w:val="001A31A5"/>
    <w:rsid w:val="001C1002"/>
    <w:rsid w:val="0029639D"/>
    <w:rsid w:val="003105D9"/>
    <w:rsid w:val="00326F90"/>
    <w:rsid w:val="00385186"/>
    <w:rsid w:val="005626B6"/>
    <w:rsid w:val="006067DF"/>
    <w:rsid w:val="006C532E"/>
    <w:rsid w:val="00737925"/>
    <w:rsid w:val="007C4F91"/>
    <w:rsid w:val="008B6E92"/>
    <w:rsid w:val="009D4D61"/>
    <w:rsid w:val="00A43E3E"/>
    <w:rsid w:val="00AA1D8D"/>
    <w:rsid w:val="00AE06E9"/>
    <w:rsid w:val="00B0496C"/>
    <w:rsid w:val="00B47730"/>
    <w:rsid w:val="00CB0664"/>
    <w:rsid w:val="00CE0AF3"/>
    <w:rsid w:val="00CE224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E445A2"/>
  <w14:defaultImageDpi w14:val="330"/>
  <w15:docId w15:val="{F3E5C914-CACC-4E0A-A6ED-29BEF066B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43E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3E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3E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E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E3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Saule Kemzuraite</cp:lastModifiedBy>
  <cp:revision>9</cp:revision>
  <dcterms:created xsi:type="dcterms:W3CDTF">2013-12-23T23:15:00Z</dcterms:created>
  <dcterms:modified xsi:type="dcterms:W3CDTF">2026-02-27T12:47:00Z</dcterms:modified>
  <cp:category/>
</cp:coreProperties>
</file>